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AD648" w14:textId="04E2914E" w:rsidR="0081518B" w:rsidRPr="00A378C2" w:rsidRDefault="00006B96" w:rsidP="00006B96">
      <w:pPr>
        <w:rPr>
          <w:iCs/>
          <w:lang w:val="es-CO"/>
        </w:rPr>
      </w:pPr>
      <w:r>
        <w:rPr>
          <w:noProof/>
          <w:color w:val="1F1F1F"/>
        </w:rPr>
        <w:drawing>
          <wp:inline distT="114300" distB="114300" distL="114300" distR="114300" wp14:anchorId="73727681" wp14:editId="732B9C67">
            <wp:extent cx="1000125" cy="876300"/>
            <wp:effectExtent l="0" t="0" r="9525" b="0"/>
            <wp:docPr id="1" name="image1.png" descr="Imagen que contiene Texto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Imagen que contiene Texto&#10;&#10;El contenido generado por IA puede ser incorrecto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0459" cy="8765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5D5A9D">
        <w:rPr>
          <w:i/>
          <w:lang w:val="es-CO"/>
        </w:rPr>
        <w:t xml:space="preserve"> </w:t>
      </w:r>
    </w:p>
    <w:p w14:paraId="48110BCB" w14:textId="393EAB2A" w:rsidR="007A66AF" w:rsidRPr="007A66AF" w:rsidRDefault="007A66AF">
      <w:pPr>
        <w:jc w:val="center"/>
        <w:rPr>
          <w:b/>
          <w:bCs/>
          <w:iCs/>
          <w:lang w:val="es-CO"/>
        </w:rPr>
      </w:pPr>
      <w:r w:rsidRPr="007A66AF">
        <w:rPr>
          <w:b/>
          <w:bCs/>
          <w:iCs/>
          <w:lang w:val="es-CO"/>
        </w:rPr>
        <w:t>ANEXO 1</w:t>
      </w:r>
    </w:p>
    <w:p w14:paraId="04CB5E7A" w14:textId="77777777" w:rsidR="0081518B" w:rsidRPr="007A66AF" w:rsidRDefault="00000000">
      <w:pPr>
        <w:jc w:val="center"/>
        <w:rPr>
          <w:sz w:val="24"/>
          <w:szCs w:val="24"/>
          <w:lang w:val="es-CO"/>
        </w:rPr>
      </w:pPr>
      <w:r w:rsidRPr="007A66AF">
        <w:rPr>
          <w:b/>
          <w:sz w:val="24"/>
          <w:szCs w:val="24"/>
          <w:lang w:val="es-CO"/>
        </w:rPr>
        <w:t>Convocatoria de Estímulos Económicos por el Impacto de la Producción Académica Generada en la Universidad – 2025</w:t>
      </w:r>
      <w:r w:rsidRPr="007A66AF">
        <w:rPr>
          <w:b/>
          <w:sz w:val="24"/>
          <w:szCs w:val="24"/>
          <w:lang w:val="es-CO"/>
        </w:rPr>
        <w:br/>
        <w:t>Formulario de Postulación de Productos Académicos (Anexo 1)</w:t>
      </w:r>
    </w:p>
    <w:p w14:paraId="08F42B64" w14:textId="77777777" w:rsidR="0081518B" w:rsidRPr="005D5A9D" w:rsidRDefault="0081518B">
      <w:pPr>
        <w:rPr>
          <w:lang w:val="es-CO"/>
        </w:rPr>
      </w:pPr>
    </w:p>
    <w:p w14:paraId="1A31503B" w14:textId="77777777" w:rsidR="0081518B" w:rsidRPr="005D5A9D" w:rsidRDefault="00000000">
      <w:pPr>
        <w:rPr>
          <w:lang w:val="es-CO"/>
        </w:rPr>
      </w:pPr>
      <w:r w:rsidRPr="005D5A9D">
        <w:rPr>
          <w:b/>
          <w:lang w:val="es-CO"/>
        </w:rPr>
        <w:t>I. INFORMACIÓN GENERAL DEL PRODUCTO</w:t>
      </w:r>
    </w:p>
    <w:p w14:paraId="70DFA40C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1. Título del Producto / Obra / Invención:</w:t>
      </w:r>
    </w:p>
    <w:p w14:paraId="4EA55E8A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______________________________________________________________________________________________</w:t>
      </w:r>
    </w:p>
    <w:p w14:paraId="67FA82E3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2. Fecha de Publicación, Concesión o Finalización (Día/Mes/Año):  ____ / ____ / ________</w:t>
      </w:r>
    </w:p>
    <w:p w14:paraId="107C28F1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(Nota: El producto debe estar dentro del periodo de observación de la convocatoria)</w:t>
      </w:r>
    </w:p>
    <w:p w14:paraId="2E770BD8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 xml:space="preserve">3. </w:t>
      </w:r>
      <w:proofErr w:type="gramStart"/>
      <w:r w:rsidRPr="005D5A9D">
        <w:rPr>
          <w:lang w:val="es-CO"/>
        </w:rPr>
        <w:t>Link</w:t>
      </w:r>
      <w:proofErr w:type="gramEnd"/>
      <w:r w:rsidRPr="005D5A9D">
        <w:rPr>
          <w:lang w:val="es-CO"/>
        </w:rPr>
        <w:t xml:space="preserve"> de consulta / DOI / Número de Patente:</w:t>
      </w:r>
    </w:p>
    <w:p w14:paraId="280E3224" w14:textId="53F9517D" w:rsidR="0081518B" w:rsidRPr="005D5A9D" w:rsidRDefault="00000000">
      <w:pPr>
        <w:rPr>
          <w:lang w:val="es-CO"/>
        </w:rPr>
      </w:pPr>
      <w:r w:rsidRPr="005D5A9D">
        <w:rPr>
          <w:lang w:val="es-CO"/>
        </w:rPr>
        <w:t>______________________________________________________________________________</w:t>
      </w:r>
    </w:p>
    <w:p w14:paraId="5DC9C272" w14:textId="77777777" w:rsidR="0081518B" w:rsidRPr="005D5A9D" w:rsidRDefault="00000000">
      <w:pPr>
        <w:rPr>
          <w:lang w:val="es-CO"/>
        </w:rPr>
      </w:pPr>
      <w:r w:rsidRPr="005D5A9D">
        <w:rPr>
          <w:b/>
          <w:lang w:val="es-CO"/>
        </w:rPr>
        <w:t>II. TIPOLOGÍA DEL PRODUCTO (Marque con una X)</w:t>
      </w:r>
    </w:p>
    <w:p w14:paraId="20356A28" w14:textId="5F404CF0" w:rsidR="0081518B" w:rsidRPr="005D5A9D" w:rsidRDefault="00000000">
      <w:pPr>
        <w:rPr>
          <w:lang w:val="es-CO"/>
        </w:rPr>
      </w:pPr>
      <w:r w:rsidRPr="005D5A9D">
        <w:rPr>
          <w:lang w:val="es-CO"/>
        </w:rPr>
        <w:t xml:space="preserve">Seleccione la categoría según el Artículo 5 de la Resolución </w:t>
      </w:r>
      <w:r w:rsidR="005D5A9D">
        <w:rPr>
          <w:lang w:val="es-CO"/>
        </w:rPr>
        <w:t xml:space="preserve">de Rectoría </w:t>
      </w:r>
      <w:r w:rsidRPr="005D5A9D">
        <w:rPr>
          <w:lang w:val="es-CO"/>
        </w:rPr>
        <w:t>8198.</w:t>
      </w:r>
    </w:p>
    <w:p w14:paraId="0645249A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A. Generación de Nuevo Conocimiento</w:t>
      </w:r>
    </w:p>
    <w:p w14:paraId="2599D44E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Artículo Q1.</w:t>
      </w:r>
    </w:p>
    <w:p w14:paraId="19727C32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Artículo Q2.</w:t>
      </w:r>
    </w:p>
    <w:p w14:paraId="5813450E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Libro de investigación en Editorial Internacional.</w:t>
      </w:r>
    </w:p>
    <w:p w14:paraId="764D2172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Libro de investigación en Editorial Nacional externa a la UAO.</w:t>
      </w:r>
    </w:p>
    <w:p w14:paraId="0808F9D2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Libro de investigación en el sello Editorial UAO.</w:t>
      </w:r>
    </w:p>
    <w:p w14:paraId="3C89E71F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B. Libros (Otras categorías)</w:t>
      </w:r>
    </w:p>
    <w:p w14:paraId="11745593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Otros libros publicados en editorial Internacional.</w:t>
      </w:r>
    </w:p>
    <w:p w14:paraId="37039C8E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lastRenderedPageBreak/>
        <w:t>☐ Otros libros publicados en Editorial Nacional externa a la UAO.</w:t>
      </w:r>
    </w:p>
    <w:p w14:paraId="2099B740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Otros libros publicados por el sello Editorial UAO.</w:t>
      </w:r>
    </w:p>
    <w:p w14:paraId="5F28E0D1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C. Desarrollo Tecnológico e Innovación</w:t>
      </w:r>
    </w:p>
    <w:p w14:paraId="3E45AAB6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Patente de invención concedida (Nacional o Internacional).</w:t>
      </w:r>
    </w:p>
    <w:p w14:paraId="11B2DA77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Productos, servicios o procesos de innovación y desarrollo tecnológico con aplicación e impacto certificado.</w:t>
      </w:r>
    </w:p>
    <w:p w14:paraId="17637A2C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D. Apropiación Social y Formación.</w:t>
      </w:r>
    </w:p>
    <w:p w14:paraId="5E52B91B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Obra o producto original (Arte/Arquitectura/Diseño) con premio o distinción.</w:t>
      </w:r>
    </w:p>
    <w:p w14:paraId="269439D2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Trayectorias formativas (Contribución al desarrollo de experiencias flexibles de aprendizaje).</w:t>
      </w:r>
    </w:p>
    <w:p w14:paraId="4A1019BA" w14:textId="77777777" w:rsidR="0081518B" w:rsidRPr="005D5A9D" w:rsidRDefault="00000000">
      <w:pPr>
        <w:rPr>
          <w:lang w:val="es-CO"/>
        </w:rPr>
      </w:pPr>
      <w:r w:rsidRPr="005D5A9D">
        <w:rPr>
          <w:b/>
          <w:lang w:val="es-CO"/>
        </w:rPr>
        <w:t>III. DATOS DE LOS AUTORES / INVENTORES</w:t>
      </w:r>
    </w:p>
    <w:p w14:paraId="66B7C531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Relacione todos los autores del producto académico. Esta información es indispensable para calcular el valor de los incentivos según el Artículo 4 de la Resolución de Rectoría No. 8198.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26"/>
        <w:gridCol w:w="2930"/>
        <w:gridCol w:w="1728"/>
        <w:gridCol w:w="1728"/>
        <w:gridCol w:w="1728"/>
      </w:tblGrid>
      <w:tr w:rsidR="0081518B" w14:paraId="74AE6D79" w14:textId="77777777" w:rsidTr="005D5A9D">
        <w:tc>
          <w:tcPr>
            <w:tcW w:w="5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B41C4" w14:textId="77777777" w:rsidR="0081518B" w:rsidRDefault="00000000">
            <w:r>
              <w:rPr>
                <w:b/>
              </w:rPr>
              <w:t>#</w:t>
            </w:r>
          </w:p>
        </w:tc>
        <w:tc>
          <w:tcPr>
            <w:tcW w:w="2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6C2B5" w14:textId="77777777" w:rsidR="0081518B" w:rsidRDefault="00000000">
            <w:r>
              <w:rPr>
                <w:b/>
              </w:rPr>
              <w:t>Nombre Completo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89709" w14:textId="77777777" w:rsidR="0081518B" w:rsidRPr="005D5A9D" w:rsidRDefault="00000000">
            <w:pPr>
              <w:rPr>
                <w:lang w:val="es-CO"/>
              </w:rPr>
            </w:pPr>
            <w:r w:rsidRPr="005D5A9D">
              <w:rPr>
                <w:b/>
                <w:lang w:val="es-CO"/>
              </w:rPr>
              <w:t>¿Profesor de Carrera UAO? (Sí/No)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702B9" w14:textId="77777777" w:rsidR="0081518B" w:rsidRDefault="00000000">
            <w:r>
              <w:rPr>
                <w:b/>
              </w:rPr>
              <w:t xml:space="preserve">¿Es </w:t>
            </w:r>
            <w:proofErr w:type="spellStart"/>
            <w:r>
              <w:rPr>
                <w:b/>
              </w:rPr>
              <w:t>Externo</w:t>
            </w:r>
            <w:proofErr w:type="spellEnd"/>
            <w:r>
              <w:rPr>
                <w:b/>
              </w:rPr>
              <w:t>? (Nacional/Intl)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02D80" w14:textId="77777777" w:rsidR="0081518B" w:rsidRDefault="00000000">
            <w:r>
              <w:rPr>
                <w:b/>
              </w:rPr>
              <w:t>Cédula / ID</w:t>
            </w:r>
          </w:p>
        </w:tc>
      </w:tr>
      <w:tr w:rsidR="0081518B" w14:paraId="0945D2C4" w14:textId="77777777" w:rsidTr="005D5A9D">
        <w:tc>
          <w:tcPr>
            <w:tcW w:w="5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AC353" w14:textId="77777777" w:rsidR="0081518B" w:rsidRDefault="00000000">
            <w:r>
              <w:t>1</w:t>
            </w:r>
          </w:p>
        </w:tc>
        <w:tc>
          <w:tcPr>
            <w:tcW w:w="2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43778" w14:textId="77777777" w:rsidR="0081518B" w:rsidRDefault="0081518B"/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A0DB26" w14:textId="77777777" w:rsidR="0081518B" w:rsidRDefault="00000000">
            <w:r>
              <w:t>☐ Sí   ☐ No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41181" w14:textId="77777777" w:rsidR="0081518B" w:rsidRDefault="00000000">
            <w:r>
              <w:t>☐ No   ☐ Nacional   ☐ Intl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04D65" w14:textId="77777777" w:rsidR="0081518B" w:rsidRDefault="0081518B"/>
        </w:tc>
      </w:tr>
      <w:tr w:rsidR="0081518B" w14:paraId="660987E2" w14:textId="77777777" w:rsidTr="005D5A9D">
        <w:tc>
          <w:tcPr>
            <w:tcW w:w="5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37016" w14:textId="77777777" w:rsidR="0081518B" w:rsidRDefault="00000000">
            <w:r>
              <w:t>2</w:t>
            </w:r>
          </w:p>
        </w:tc>
        <w:tc>
          <w:tcPr>
            <w:tcW w:w="2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FE662" w14:textId="77777777" w:rsidR="0081518B" w:rsidRDefault="0081518B"/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60574" w14:textId="77777777" w:rsidR="0081518B" w:rsidRDefault="00000000">
            <w:r>
              <w:t>☐ Sí   ☐ No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C3AC3" w14:textId="77777777" w:rsidR="0081518B" w:rsidRDefault="00000000">
            <w:r>
              <w:t>☐ No   ☐ Nacional   ☐ Intl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71BFC" w14:textId="77777777" w:rsidR="0081518B" w:rsidRDefault="0081518B"/>
        </w:tc>
      </w:tr>
      <w:tr w:rsidR="0081518B" w14:paraId="01CA0C6B" w14:textId="77777777" w:rsidTr="005D5A9D">
        <w:tc>
          <w:tcPr>
            <w:tcW w:w="5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ED454" w14:textId="77777777" w:rsidR="0081518B" w:rsidRDefault="00000000">
            <w:r>
              <w:t>3</w:t>
            </w:r>
          </w:p>
        </w:tc>
        <w:tc>
          <w:tcPr>
            <w:tcW w:w="2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44B38" w14:textId="77777777" w:rsidR="0081518B" w:rsidRDefault="0081518B"/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67FBB" w14:textId="77777777" w:rsidR="0081518B" w:rsidRDefault="00000000">
            <w:r>
              <w:t>☐ Sí   ☐ No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F0159" w14:textId="77777777" w:rsidR="0081518B" w:rsidRDefault="00000000">
            <w:r>
              <w:t>☐ No   ☐ Nacional   ☐ Intl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39A0F" w14:textId="77777777" w:rsidR="0081518B" w:rsidRDefault="0081518B"/>
        </w:tc>
      </w:tr>
      <w:tr w:rsidR="0081518B" w14:paraId="01E7B30B" w14:textId="77777777" w:rsidTr="005D5A9D">
        <w:tc>
          <w:tcPr>
            <w:tcW w:w="5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B059D" w14:textId="77777777" w:rsidR="0081518B" w:rsidRDefault="00000000">
            <w:r>
              <w:t>4</w:t>
            </w:r>
          </w:p>
        </w:tc>
        <w:tc>
          <w:tcPr>
            <w:tcW w:w="2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34057" w14:textId="77777777" w:rsidR="0081518B" w:rsidRDefault="0081518B"/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80E17" w14:textId="77777777" w:rsidR="0081518B" w:rsidRDefault="00000000">
            <w:r>
              <w:t>☐ Sí   ☐ No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162F2" w14:textId="77777777" w:rsidR="0081518B" w:rsidRDefault="00000000">
            <w:r>
              <w:t>☐ No   ☐ Nacional   ☐ Intl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DA88B" w14:textId="77777777" w:rsidR="0081518B" w:rsidRDefault="0081518B"/>
        </w:tc>
      </w:tr>
      <w:tr w:rsidR="0081518B" w14:paraId="2F3ADE19" w14:textId="77777777" w:rsidTr="005D5A9D">
        <w:tc>
          <w:tcPr>
            <w:tcW w:w="5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C589B" w14:textId="77777777" w:rsidR="0081518B" w:rsidRDefault="00000000">
            <w:r>
              <w:t>5</w:t>
            </w:r>
          </w:p>
        </w:tc>
        <w:tc>
          <w:tcPr>
            <w:tcW w:w="2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00136" w14:textId="77777777" w:rsidR="0081518B" w:rsidRDefault="0081518B"/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B495D" w14:textId="77777777" w:rsidR="0081518B" w:rsidRDefault="00000000">
            <w:r>
              <w:t>☐ Sí   ☐ No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A38F8" w14:textId="77777777" w:rsidR="0081518B" w:rsidRDefault="00000000">
            <w:r>
              <w:t>☐ No   ☐ Nacional   ☐ Intl</w:t>
            </w:r>
          </w:p>
        </w:tc>
        <w:tc>
          <w:tcPr>
            <w:tcW w:w="17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8672C" w14:textId="77777777" w:rsidR="0081518B" w:rsidRDefault="0081518B"/>
        </w:tc>
      </w:tr>
    </w:tbl>
    <w:p w14:paraId="4E40F528" w14:textId="77777777" w:rsidR="00E86FDF" w:rsidRDefault="00E86FDF">
      <w:pPr>
        <w:rPr>
          <w:lang w:val="es-CO"/>
        </w:rPr>
      </w:pPr>
    </w:p>
    <w:p w14:paraId="132DBDB0" w14:textId="47100FF5" w:rsidR="0081518B" w:rsidRPr="005D5A9D" w:rsidRDefault="00000000">
      <w:pPr>
        <w:rPr>
          <w:lang w:val="es-CO"/>
        </w:rPr>
      </w:pPr>
      <w:r w:rsidRPr="005D5A9D">
        <w:rPr>
          <w:lang w:val="es-CO"/>
        </w:rPr>
        <w:t xml:space="preserve">Declaración de Filiación: Los autores relacionados declaramos que el producto cuenta con la filiación correcta ("Universidad Autónoma de Occidente") y que tenemos actualizados nuestros perfiles en ORCID, </w:t>
      </w:r>
      <w:proofErr w:type="spellStart"/>
      <w:r w:rsidRPr="005D5A9D">
        <w:rPr>
          <w:lang w:val="es-CO"/>
        </w:rPr>
        <w:t>CvLAC</w:t>
      </w:r>
      <w:proofErr w:type="spellEnd"/>
      <w:r w:rsidRPr="005D5A9D">
        <w:rPr>
          <w:lang w:val="es-CO"/>
        </w:rPr>
        <w:t xml:space="preserve"> y Google </w:t>
      </w:r>
      <w:proofErr w:type="spellStart"/>
      <w:r w:rsidRPr="005D5A9D">
        <w:rPr>
          <w:lang w:val="es-CO"/>
        </w:rPr>
        <w:t>Scholar</w:t>
      </w:r>
      <w:proofErr w:type="spellEnd"/>
      <w:r w:rsidRPr="005D5A9D">
        <w:rPr>
          <w:lang w:val="es-CO"/>
        </w:rPr>
        <w:t>.</w:t>
      </w:r>
    </w:p>
    <w:p w14:paraId="5CD2B72B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Acepto / Confirmo</w:t>
      </w:r>
    </w:p>
    <w:p w14:paraId="1AC9D79A" w14:textId="77777777" w:rsidR="0081518B" w:rsidRPr="005D5A9D" w:rsidRDefault="0081518B">
      <w:pPr>
        <w:rPr>
          <w:lang w:val="es-CO"/>
        </w:rPr>
      </w:pPr>
    </w:p>
    <w:p w14:paraId="4C60F8F9" w14:textId="77777777" w:rsidR="0081518B" w:rsidRPr="005D5A9D" w:rsidRDefault="00000000">
      <w:pPr>
        <w:rPr>
          <w:lang w:val="es-CO"/>
        </w:rPr>
      </w:pPr>
      <w:r w:rsidRPr="005D5A9D">
        <w:rPr>
          <w:b/>
          <w:lang w:val="es-CO"/>
        </w:rPr>
        <w:t>IV. DECLARACIÓN DE IMPACTO</w:t>
      </w:r>
    </w:p>
    <w:p w14:paraId="3F3C53FB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1. Alineación Estratégica:</w:t>
      </w:r>
    </w:p>
    <w:p w14:paraId="086E90C4" w14:textId="09F340EF" w:rsidR="0081518B" w:rsidRPr="005D5A9D" w:rsidRDefault="00000000">
      <w:pPr>
        <w:rPr>
          <w:lang w:val="es-CO"/>
        </w:rPr>
      </w:pPr>
      <w:r w:rsidRPr="005D5A9D">
        <w:rPr>
          <w:lang w:val="es-CO"/>
        </w:rPr>
        <w:t xml:space="preserve">Indique a cuál eje de desarrollo institucional contribuye el producto académico (ver Art. 1 de la Resolución </w:t>
      </w:r>
      <w:r w:rsidR="00E86FDF">
        <w:rPr>
          <w:lang w:val="es-CO"/>
        </w:rPr>
        <w:t xml:space="preserve">de Rectoría </w:t>
      </w:r>
      <w:r w:rsidRPr="005D5A9D">
        <w:rPr>
          <w:lang w:val="es-CO"/>
        </w:rPr>
        <w:t>8198):</w:t>
      </w:r>
    </w:p>
    <w:p w14:paraId="14B454BF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Experiencias flexibles de aprendizaje desde la excelencia y la innovación.</w:t>
      </w:r>
    </w:p>
    <w:p w14:paraId="6523D6EF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Desarrollo, aplicación y/o transferencias de tecnologías emergentes para conectar con propósito.</w:t>
      </w:r>
    </w:p>
    <w:p w14:paraId="2AF98DD4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Articulación con el territorio para contribuir local y globalmente.</w:t>
      </w:r>
    </w:p>
    <w:p w14:paraId="42C2D349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Contribución a mejorar bienestar y condiciones sociales, económicas o ambientales de las comunidades.</w:t>
      </w:r>
    </w:p>
    <w:p w14:paraId="4730661F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Influencia en la consolidación del liderazgo UAO para la sostenibilidad.</w:t>
      </w:r>
    </w:p>
    <w:p w14:paraId="40F06E82" w14:textId="7D586C38" w:rsidR="0081518B" w:rsidRPr="005D5A9D" w:rsidRDefault="00000000">
      <w:pPr>
        <w:rPr>
          <w:lang w:val="es-CO"/>
        </w:rPr>
      </w:pPr>
      <w:r w:rsidRPr="005D5A9D">
        <w:rPr>
          <w:lang w:val="es-CO"/>
        </w:rPr>
        <w:t xml:space="preserve">2. Nivel del Impacto (Art. 2 de la Resolución </w:t>
      </w:r>
      <w:r w:rsidR="00E86FDF">
        <w:rPr>
          <w:lang w:val="es-CO"/>
        </w:rPr>
        <w:t xml:space="preserve">de Rectoría </w:t>
      </w:r>
      <w:r w:rsidRPr="005D5A9D">
        <w:rPr>
          <w:lang w:val="es-CO"/>
        </w:rPr>
        <w:t>8198):</w:t>
      </w:r>
    </w:p>
    <w:p w14:paraId="62CC53FB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☐ Local    ☐ Nacional    ☐ Internacional</w:t>
      </w:r>
    </w:p>
    <w:p w14:paraId="55114336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3. Resumen de la Aplicabilidad en contextos externos a la Universidad (Máx. 200 palabras):</w:t>
      </w:r>
    </w:p>
    <w:p w14:paraId="124C4311" w14:textId="1A7A045F" w:rsidR="0081518B" w:rsidRPr="005D5A9D" w:rsidRDefault="00000000">
      <w:pPr>
        <w:rPr>
          <w:lang w:val="es-CO"/>
        </w:rPr>
      </w:pPr>
      <w:r w:rsidRPr="005D5A9D">
        <w:rPr>
          <w:lang w:val="es-CO"/>
        </w:rPr>
        <w:t>______________________________________________________________________________</w:t>
      </w:r>
    </w:p>
    <w:p w14:paraId="12B58B7E" w14:textId="560680E9" w:rsidR="0081518B" w:rsidRPr="005D5A9D" w:rsidRDefault="00000000">
      <w:pPr>
        <w:rPr>
          <w:lang w:val="es-CO"/>
        </w:rPr>
      </w:pPr>
      <w:r w:rsidRPr="005D5A9D">
        <w:rPr>
          <w:lang w:val="es-CO"/>
        </w:rPr>
        <w:t>______________________________________________________________________________</w:t>
      </w:r>
    </w:p>
    <w:p w14:paraId="59B5099C" w14:textId="528C40A9" w:rsidR="0081518B" w:rsidRPr="005D5A9D" w:rsidRDefault="00000000">
      <w:pPr>
        <w:rPr>
          <w:lang w:val="es-CO"/>
        </w:rPr>
      </w:pPr>
      <w:r w:rsidRPr="005D5A9D">
        <w:rPr>
          <w:lang w:val="es-CO"/>
        </w:rPr>
        <w:t>______________________________________________________________________________</w:t>
      </w:r>
    </w:p>
    <w:p w14:paraId="113E7F4A" w14:textId="69998150" w:rsidR="0081518B" w:rsidRPr="005D5A9D" w:rsidRDefault="00000000">
      <w:pPr>
        <w:rPr>
          <w:lang w:val="es-CO"/>
        </w:rPr>
      </w:pPr>
      <w:r w:rsidRPr="005D5A9D">
        <w:rPr>
          <w:lang w:val="es-CO"/>
        </w:rPr>
        <w:t>______________________________________________________________________________</w:t>
      </w:r>
    </w:p>
    <w:p w14:paraId="25A5F6A7" w14:textId="4102C5CF" w:rsidR="0081518B" w:rsidRPr="005D5A9D" w:rsidRDefault="00000000">
      <w:pPr>
        <w:rPr>
          <w:lang w:val="es-CO"/>
        </w:rPr>
      </w:pPr>
      <w:r w:rsidRPr="005D5A9D">
        <w:rPr>
          <w:lang w:val="es-CO"/>
        </w:rPr>
        <w:t>______________________________________________________________________________</w:t>
      </w:r>
    </w:p>
    <w:p w14:paraId="6AF4240E" w14:textId="226B77AF" w:rsidR="0081518B" w:rsidRPr="005D5A9D" w:rsidRDefault="00000000">
      <w:pPr>
        <w:rPr>
          <w:lang w:val="es-CO"/>
        </w:rPr>
      </w:pPr>
      <w:r w:rsidRPr="005D5A9D">
        <w:rPr>
          <w:lang w:val="es-CO"/>
        </w:rPr>
        <w:t>______________________________________________________________________________</w:t>
      </w:r>
    </w:p>
    <w:p w14:paraId="3318208D" w14:textId="77777777" w:rsidR="0081518B" w:rsidRPr="005D5A9D" w:rsidRDefault="0081518B">
      <w:pPr>
        <w:rPr>
          <w:lang w:val="es-CO"/>
        </w:rPr>
      </w:pPr>
    </w:p>
    <w:p w14:paraId="3FA5979E" w14:textId="77777777" w:rsidR="0081518B" w:rsidRPr="005D5A9D" w:rsidRDefault="00000000">
      <w:pPr>
        <w:rPr>
          <w:lang w:val="es-CO"/>
        </w:rPr>
      </w:pPr>
      <w:r w:rsidRPr="005D5A9D">
        <w:rPr>
          <w:b/>
          <w:lang w:val="es-CO"/>
        </w:rPr>
        <w:t>V. LISTA DE CHEQUEO DE ANEXOS (EVIDENCIAS VERIFICABLES)</w:t>
      </w:r>
    </w:p>
    <w:p w14:paraId="4EB64C6F" w14:textId="4A02284F" w:rsidR="0081518B" w:rsidRPr="005D5A9D" w:rsidRDefault="00000000" w:rsidP="00E86FDF">
      <w:pPr>
        <w:jc w:val="both"/>
        <w:rPr>
          <w:lang w:val="es-CO"/>
        </w:rPr>
      </w:pPr>
      <w:r w:rsidRPr="005D5A9D">
        <w:rPr>
          <w:lang w:val="es-CO"/>
        </w:rPr>
        <w:t xml:space="preserve">Para que la postulación sea válida, debe adjuntar al correo al menos una (1) de las siguientes evidencias que demuestren la aplicabilidad del producto académico (Art. 2 de la Resolución </w:t>
      </w:r>
      <w:r w:rsidR="00E86FDF">
        <w:rPr>
          <w:lang w:val="es-CO"/>
        </w:rPr>
        <w:t xml:space="preserve">de Rectoría </w:t>
      </w:r>
      <w:r w:rsidRPr="005D5A9D">
        <w:rPr>
          <w:lang w:val="es-CO"/>
        </w:rPr>
        <w:t>8198).</w:t>
      </w:r>
    </w:p>
    <w:p w14:paraId="6C075995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Evidencias Documentales de Aplicabilidad</w:t>
      </w:r>
    </w:p>
    <w:p w14:paraId="7104A3C9" w14:textId="77777777" w:rsidR="0081518B" w:rsidRPr="005D5A9D" w:rsidRDefault="00000000" w:rsidP="00E13FD1">
      <w:pPr>
        <w:jc w:val="both"/>
        <w:rPr>
          <w:lang w:val="es-CO"/>
        </w:rPr>
      </w:pPr>
      <w:r w:rsidRPr="005D5A9D">
        <w:rPr>
          <w:lang w:val="es-CO"/>
        </w:rPr>
        <w:lastRenderedPageBreak/>
        <w:t>☐ Carta de certificación de adopción o implementación: emitida por empresa, entidad u organización certificando la adopción o implementación del producto académico. (Se sugiere usar el formato de carta modelo).</w:t>
      </w:r>
    </w:p>
    <w:p w14:paraId="5A0C3D32" w14:textId="77777777" w:rsidR="0081518B" w:rsidRPr="005D5A9D" w:rsidRDefault="00000000" w:rsidP="00E13FD1">
      <w:pPr>
        <w:jc w:val="both"/>
        <w:rPr>
          <w:lang w:val="es-CO"/>
        </w:rPr>
      </w:pPr>
      <w:r w:rsidRPr="005D5A9D">
        <w:rPr>
          <w:lang w:val="es-CO"/>
        </w:rPr>
        <w:t>☐ Contratos o Acuerdos: copia de contrato de transferencia tecnológica o convenio de cooperación con empresa, organización o entidad.</w:t>
      </w:r>
    </w:p>
    <w:p w14:paraId="229485A7" w14:textId="77777777" w:rsidR="0081518B" w:rsidRPr="005D5A9D" w:rsidRDefault="00000000" w:rsidP="00E13FD1">
      <w:pPr>
        <w:jc w:val="both"/>
        <w:rPr>
          <w:lang w:val="es-CO"/>
        </w:rPr>
      </w:pPr>
      <w:r w:rsidRPr="005D5A9D">
        <w:rPr>
          <w:lang w:val="es-CO"/>
        </w:rPr>
        <w:t>☐ Cita en documentos de políticas públicas: documento que evidencie la cita en políticas públicas y normas técnicas.</w:t>
      </w:r>
    </w:p>
    <w:p w14:paraId="36D80D05" w14:textId="77777777" w:rsidR="0081518B" w:rsidRPr="005D5A9D" w:rsidRDefault="00000000" w:rsidP="00E13FD1">
      <w:pPr>
        <w:jc w:val="both"/>
        <w:rPr>
          <w:lang w:val="es-CO"/>
        </w:rPr>
      </w:pPr>
      <w:r w:rsidRPr="005D5A9D">
        <w:rPr>
          <w:lang w:val="es-CO"/>
        </w:rPr>
        <w:t>☐ Indicadores cuantificables del impacto: incluir indicadores cuantificables del impacto en los documentos anteriores (número de beneficiarios, generación de ingresos, reducción de costos o mejoras en procesos).</w:t>
      </w:r>
    </w:p>
    <w:p w14:paraId="342AF531" w14:textId="77777777" w:rsidR="0081518B" w:rsidRPr="005D5A9D" w:rsidRDefault="00000000">
      <w:pPr>
        <w:rPr>
          <w:lang w:val="es-CO"/>
        </w:rPr>
      </w:pPr>
      <w:r w:rsidRPr="005D5A9D">
        <w:rPr>
          <w:b/>
          <w:lang w:val="es-CO"/>
        </w:rPr>
        <w:t>VI. INSTRUCCIONES DE ENVÍO</w:t>
      </w:r>
    </w:p>
    <w:p w14:paraId="6F0D3064" w14:textId="1AF8CFDA" w:rsidR="0081518B" w:rsidRPr="00DE36C2" w:rsidRDefault="00000000" w:rsidP="00DE36C2">
      <w:pPr>
        <w:pStyle w:val="Prrafodelista"/>
        <w:numPr>
          <w:ilvl w:val="0"/>
          <w:numId w:val="10"/>
        </w:numPr>
        <w:jc w:val="both"/>
        <w:rPr>
          <w:lang w:val="es-CO"/>
        </w:rPr>
      </w:pPr>
      <w:r w:rsidRPr="00DE36C2">
        <w:rPr>
          <w:lang w:val="es-CO"/>
        </w:rPr>
        <w:t>Diligencie este formulario completamente.</w:t>
      </w:r>
    </w:p>
    <w:p w14:paraId="68065321" w14:textId="56356717" w:rsidR="0081518B" w:rsidRPr="00DE36C2" w:rsidRDefault="00000000" w:rsidP="00DE36C2">
      <w:pPr>
        <w:pStyle w:val="Prrafodelista"/>
        <w:numPr>
          <w:ilvl w:val="0"/>
          <w:numId w:val="10"/>
        </w:numPr>
        <w:jc w:val="both"/>
        <w:rPr>
          <w:lang w:val="es-CO"/>
        </w:rPr>
      </w:pPr>
      <w:r w:rsidRPr="00DE36C2">
        <w:rPr>
          <w:lang w:val="es-CO"/>
        </w:rPr>
        <w:t>Genere un archivo PDF y compile las evidencias en un comprimido unificado (.ZIP) que contenga:</w:t>
      </w:r>
    </w:p>
    <w:p w14:paraId="55AFFAEB" w14:textId="77777777" w:rsidR="0081518B" w:rsidRPr="005D5A9D" w:rsidRDefault="00000000" w:rsidP="00DE36C2">
      <w:pPr>
        <w:ind w:left="720"/>
        <w:rPr>
          <w:lang w:val="es-CO"/>
        </w:rPr>
      </w:pPr>
      <w:r w:rsidRPr="005D5A9D">
        <w:rPr>
          <w:lang w:val="es-CO"/>
        </w:rPr>
        <w:t>• El formulario diligenciado.</w:t>
      </w:r>
    </w:p>
    <w:p w14:paraId="5B39F2B8" w14:textId="77777777" w:rsidR="0081518B" w:rsidRPr="005D5A9D" w:rsidRDefault="00000000" w:rsidP="00DE36C2">
      <w:pPr>
        <w:ind w:left="720"/>
        <w:rPr>
          <w:lang w:val="es-CO"/>
        </w:rPr>
      </w:pPr>
      <w:r w:rsidRPr="005D5A9D">
        <w:rPr>
          <w:lang w:val="es-CO"/>
        </w:rPr>
        <w:t>• Los anexos de evidencia de impacto (ver sección V).</w:t>
      </w:r>
    </w:p>
    <w:p w14:paraId="59216584" w14:textId="133D4C32" w:rsidR="0081518B" w:rsidRPr="00DE36C2" w:rsidRDefault="00000000" w:rsidP="00DE36C2">
      <w:pPr>
        <w:pStyle w:val="Prrafodelista"/>
        <w:numPr>
          <w:ilvl w:val="0"/>
          <w:numId w:val="10"/>
        </w:numPr>
        <w:jc w:val="both"/>
        <w:rPr>
          <w:lang w:val="es-CO"/>
        </w:rPr>
      </w:pPr>
      <w:r w:rsidRPr="00DE36C2">
        <w:rPr>
          <w:lang w:val="es-CO"/>
        </w:rPr>
        <w:t xml:space="preserve">Envíe el correo a: </w:t>
      </w:r>
      <w:hyperlink r:id="rId9" w:history="1">
        <w:r w:rsidR="00DE36C2" w:rsidRPr="00DE36C2">
          <w:rPr>
            <w:rStyle w:val="Hipervnculo"/>
            <w:lang w:val="es-CO"/>
          </w:rPr>
          <w:t>buzonviie@uao.edu.co</w:t>
        </w:r>
      </w:hyperlink>
      <w:r w:rsidR="00DE36C2" w:rsidRPr="00DE36C2">
        <w:rPr>
          <w:lang w:val="es-CO"/>
        </w:rPr>
        <w:t xml:space="preserve"> </w:t>
      </w:r>
      <w:r w:rsidRPr="00DE36C2">
        <w:rPr>
          <w:lang w:val="es-CO"/>
        </w:rPr>
        <w:t xml:space="preserve">  con el asunto: “convocatoria estímulos económicos 2025 - [Apellido del Profesor]”.</w:t>
      </w:r>
    </w:p>
    <w:p w14:paraId="71406FA3" w14:textId="77777777" w:rsidR="0081518B" w:rsidRPr="005D5A9D" w:rsidRDefault="0081518B">
      <w:pPr>
        <w:rPr>
          <w:lang w:val="es-CO"/>
        </w:rPr>
      </w:pPr>
    </w:p>
    <w:p w14:paraId="5007B5A0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Nombre del profesor postulante: ____________________________________________</w:t>
      </w:r>
    </w:p>
    <w:p w14:paraId="52CFAD3D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Correo institucional: _______________________________________________________</w:t>
      </w:r>
    </w:p>
    <w:p w14:paraId="0435EF81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Unidad/Programa/Dependencia: ______________________________________________</w:t>
      </w:r>
    </w:p>
    <w:p w14:paraId="2431E262" w14:textId="77777777" w:rsidR="0081518B" w:rsidRPr="005D5A9D" w:rsidRDefault="0081518B">
      <w:pPr>
        <w:rPr>
          <w:lang w:val="es-CO"/>
        </w:rPr>
      </w:pPr>
    </w:p>
    <w:p w14:paraId="28C69E1F" w14:textId="77777777" w:rsidR="0081518B" w:rsidRPr="005D5A9D" w:rsidRDefault="00000000">
      <w:pPr>
        <w:rPr>
          <w:lang w:val="es-CO"/>
        </w:rPr>
      </w:pPr>
      <w:r w:rsidRPr="005D5A9D">
        <w:rPr>
          <w:lang w:val="es-CO"/>
        </w:rPr>
        <w:t>Firma: _________________________________    Fecha: ____ / ____ / ________</w:t>
      </w:r>
    </w:p>
    <w:sectPr w:rsidR="0081518B" w:rsidRPr="005D5A9D" w:rsidSect="00034616"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234C8" w14:textId="77777777" w:rsidR="009A30E7" w:rsidRDefault="009A30E7" w:rsidP="00EF1C2A">
      <w:pPr>
        <w:spacing w:after="0" w:line="240" w:lineRule="auto"/>
      </w:pPr>
      <w:r>
        <w:separator/>
      </w:r>
    </w:p>
  </w:endnote>
  <w:endnote w:type="continuationSeparator" w:id="0">
    <w:p w14:paraId="16563F33" w14:textId="77777777" w:rsidR="009A30E7" w:rsidRDefault="009A30E7" w:rsidP="00EF1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37865133"/>
      <w:docPartObj>
        <w:docPartGallery w:val="Page Numbers (Bottom of Page)"/>
        <w:docPartUnique/>
      </w:docPartObj>
    </w:sdtPr>
    <w:sdtContent>
      <w:p w14:paraId="3E8C7FB0" w14:textId="639853EE" w:rsidR="00EF1C2A" w:rsidRDefault="00EF1C2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0CEB0AE" w14:textId="77777777" w:rsidR="00EF1C2A" w:rsidRDefault="00EF1C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E0AE5" w14:textId="77777777" w:rsidR="009A30E7" w:rsidRDefault="009A30E7" w:rsidP="00EF1C2A">
      <w:pPr>
        <w:spacing w:after="0" w:line="240" w:lineRule="auto"/>
      </w:pPr>
      <w:r>
        <w:separator/>
      </w:r>
    </w:p>
  </w:footnote>
  <w:footnote w:type="continuationSeparator" w:id="0">
    <w:p w14:paraId="6F646CF7" w14:textId="77777777" w:rsidR="009A30E7" w:rsidRDefault="009A30E7" w:rsidP="00EF1C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E1C6B7B"/>
    <w:multiLevelType w:val="hybridMultilevel"/>
    <w:tmpl w:val="41F0FEC2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2991959">
    <w:abstractNumId w:val="8"/>
  </w:num>
  <w:num w:numId="2" w16cid:durableId="1067649676">
    <w:abstractNumId w:val="6"/>
  </w:num>
  <w:num w:numId="3" w16cid:durableId="787508577">
    <w:abstractNumId w:val="5"/>
  </w:num>
  <w:num w:numId="4" w16cid:durableId="190529694">
    <w:abstractNumId w:val="4"/>
  </w:num>
  <w:num w:numId="5" w16cid:durableId="1921717582">
    <w:abstractNumId w:val="7"/>
  </w:num>
  <w:num w:numId="6" w16cid:durableId="1570648223">
    <w:abstractNumId w:val="3"/>
  </w:num>
  <w:num w:numId="7" w16cid:durableId="1178957791">
    <w:abstractNumId w:val="2"/>
  </w:num>
  <w:num w:numId="8" w16cid:durableId="1491943665">
    <w:abstractNumId w:val="1"/>
  </w:num>
  <w:num w:numId="9" w16cid:durableId="213271666">
    <w:abstractNumId w:val="0"/>
  </w:num>
  <w:num w:numId="10" w16cid:durableId="11298624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6B96"/>
    <w:rsid w:val="00034616"/>
    <w:rsid w:val="0006063C"/>
    <w:rsid w:val="0015074B"/>
    <w:rsid w:val="001A4CA1"/>
    <w:rsid w:val="0029639D"/>
    <w:rsid w:val="00326F90"/>
    <w:rsid w:val="005D5A9D"/>
    <w:rsid w:val="007A66AF"/>
    <w:rsid w:val="007E0351"/>
    <w:rsid w:val="0081518B"/>
    <w:rsid w:val="009052B0"/>
    <w:rsid w:val="009A30E7"/>
    <w:rsid w:val="00A378C2"/>
    <w:rsid w:val="00AA1D8D"/>
    <w:rsid w:val="00B47730"/>
    <w:rsid w:val="00B5206C"/>
    <w:rsid w:val="00CB0664"/>
    <w:rsid w:val="00DE36C2"/>
    <w:rsid w:val="00E13FD1"/>
    <w:rsid w:val="00E86FDF"/>
    <w:rsid w:val="00EF1C2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4679C1"/>
  <w14:defaultImageDpi w14:val="300"/>
  <w15:docId w15:val="{358DDABB-90BB-4395-92F6-F87BF56CF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DE36C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E36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buzonviie@uao.edu.c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832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Alexander Garcia Davalos</cp:lastModifiedBy>
  <cp:revision>12</cp:revision>
  <dcterms:created xsi:type="dcterms:W3CDTF">2013-12-23T23:15:00Z</dcterms:created>
  <dcterms:modified xsi:type="dcterms:W3CDTF">2025-12-16T12:25:00Z</dcterms:modified>
  <cp:category/>
</cp:coreProperties>
</file>